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Customer Installation Guide</w:t>
      </w:r>
    </w:p>
    <w:p>
      <w:r>
        <w:rPr>
          <w:i/>
        </w:rPr>
        <w:t>Exact installation instructions for Windows, macOS and Linux customers using the OptiPricePro Python client.</w:t>
      </w:r>
    </w:p>
    <w:p>
      <w:pPr>
        <w:pStyle w:val="Heading2"/>
      </w:pPr>
      <w:r>
        <w:t>What the customer receives</w:t>
      </w:r>
    </w:p>
    <w:p>
      <w:pPr>
        <w:pStyle w:val="ListBullet"/>
      </w:pPr>
      <w:r>
        <w:t>optipricepro-&lt;version&gt;-py3-none-any.whl</w:t>
      </w:r>
    </w:p>
    <w:p>
      <w:pPr>
        <w:pStyle w:val="ListBullet"/>
      </w:pPr>
      <w:r>
        <w:t>A unique API key beginning with sk_live_</w:t>
      </w:r>
    </w:p>
    <w:p>
      <w:pPr>
        <w:pStyle w:val="ListBullet"/>
      </w:pPr>
      <w:r>
        <w:t>This installation guide</w:t>
      </w:r>
    </w:p>
    <w:p>
      <w:pPr>
        <w:pStyle w:val="ListBullet"/>
      </w:pPr>
      <w:r>
        <w:t>Optional example scripts</w:t>
      </w:r>
    </w:p>
    <w:p>
      <w:pPr>
        <w:pStyle w:val="Heading2"/>
      </w:pPr>
      <w:r>
        <w:t>System requirements</w:t>
      </w:r>
    </w:p>
    <w:p>
      <w:pPr>
        <w:pStyle w:val="ListBullet"/>
      </w:pPr>
      <w:r>
        <w:t>Python 3.9 or later</w:t>
      </w:r>
    </w:p>
    <w:p>
      <w:pPr>
        <w:pStyle w:val="ListBullet"/>
      </w:pPr>
      <w:r>
        <w:t>Internet access over HTTPS</w:t>
      </w:r>
    </w:p>
    <w:p>
      <w:pPr>
        <w:pStyle w:val="ListBullet"/>
      </w:pPr>
      <w:r>
        <w:t>pip available in the selected Python environment</w:t>
      </w:r>
    </w:p>
    <w:p>
      <w:pPr>
        <w:pStyle w:val="ListBullet"/>
      </w:pPr>
      <w:r>
        <w:t>No JAX installation is required</w:t>
      </w:r>
    </w:p>
    <w:p>
      <w:pPr>
        <w:pStyle w:val="ListBullet"/>
      </w:pPr>
      <w:r>
        <w:t>No Docker installation is required</w:t>
      </w:r>
    </w:p>
    <w:p>
      <w:pPr>
        <w:pStyle w:val="Heading2"/>
      </w:pPr>
      <w:r>
        <w:t>Step 1 - Save the wheel</w:t>
      </w:r>
    </w:p>
    <w:p>
      <w:r>
        <w:rPr>
          <w:b/>
        </w:rPr>
        <w:t xml:space="preserve">Where to do this: </w:t>
      </w:r>
      <w:r>
        <w:t>Customer computer</w:t>
      </w:r>
    </w:p>
    <w:p>
      <w:r>
        <w:t>Save the wheel in a known folder. The examples below assume the Downloads folder.</w:t>
      </w:r>
    </w:p>
    <w:p>
      <w:pPr>
        <w:shd w:fill="ECFDF5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rPr>
          <w:b/>
        </w:rPr>
        <w:t xml:space="preserve">Expected result: </w:t>
      </w:r>
      <w:r>
        <w:t>The file optipricepro-&lt;version&gt;-py3-none-any.whl is visible in Downloads.</w:t>
      </w:r>
    </w:p>
    <w:p>
      <w:pPr>
        <w:pStyle w:val="Heading2"/>
      </w:pPr>
      <w:r>
        <w:t>Step 2 - Open a terminal</w:t>
      </w:r>
    </w:p>
    <w:p>
      <w:r>
        <w:rPr>
          <w:b/>
        </w:rPr>
        <w:t xml:space="preserve">Where to do this: </w:t>
      </w:r>
      <w:r>
        <w:t>Customer computer</w:t>
      </w:r>
    </w:p>
    <w:p>
      <w:r>
        <w:t>Use the terminal appropriate for the operating system.</w:t>
      </w:r>
    </w:p>
    <w:p>
      <w:pPr>
        <w:shd w:fill="ECFDF5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rPr>
          <w:b/>
        </w:rPr>
        <w:t xml:space="preserve">Expected result: </w:t>
      </w:r>
      <w:r>
        <w:t>A command prompt or shell window is open.</w:t>
      </w:r>
    </w:p>
    <w:p>
      <w:pPr>
        <w:pStyle w:val="Heading3"/>
      </w:pPr>
      <w:r>
        <w:t>Windows Command Prompt</w:t>
      </w:r>
    </w:p>
    <w:p>
      <w:pPr>
        <w:pStyle w:val="CodeBlock"/>
        <w:shd w:fill="F8FAFC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t>cmd</w:t>
      </w:r>
    </w:p>
    <w:p>
      <w:pPr>
        <w:pStyle w:val="Heading3"/>
      </w:pPr>
      <w:r>
        <w:t>Windows PowerShell</w:t>
      </w:r>
    </w:p>
    <w:p>
      <w:pPr>
        <w:pStyle w:val="CodeBlock"/>
        <w:shd w:fill="F8FAFC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t>powershell</w:t>
      </w:r>
    </w:p>
    <w:p>
      <w:pPr>
        <w:pStyle w:val="Heading3"/>
      </w:pPr>
      <w:r>
        <w:t>macOS or Linux</w:t>
      </w:r>
    </w:p>
    <w:p>
      <w:pPr>
        <w:pStyle w:val="CodeBlock"/>
        <w:shd w:fill="F8FAFC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t>Open Terminal</w:t>
      </w:r>
    </w:p>
    <w:p>
      <w:pPr>
        <w:pStyle w:val="Heading2"/>
      </w:pPr>
      <w:r>
        <w:t>Step 3 - Create an isolated virtual environment</w:t>
      </w:r>
    </w:p>
    <w:p>
      <w:r>
        <w:rPr>
          <w:b/>
        </w:rPr>
        <w:t xml:space="preserve">Where to do this: </w:t>
      </w:r>
      <w:r>
        <w:t>Customer terminal</w:t>
      </w:r>
    </w:p>
    <w:p>
      <w:r>
        <w:t>A virtual environment prevents package conflicts with other Python projects.</w:t>
      </w:r>
    </w:p>
    <w:p>
      <w:pPr>
        <w:pStyle w:val="CodeBlock"/>
        <w:shd w:fill="F8FAFC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t>python -m venv optipricepro-env</w:t>
      </w:r>
      <w:r>
        <w:br/>
      </w:r>
      <w:r/>
      <w:r>
        <w:br/>
      </w:r>
      <w:r>
        <w:t># Windows Command Prompt</w:t>
      </w:r>
      <w:r>
        <w:br/>
      </w:r>
      <w:r>
        <w:t>optipricepro-env\Scripts\activate</w:t>
      </w:r>
      <w:r>
        <w:br/>
      </w:r>
      <w:r/>
      <w:r>
        <w:br/>
      </w:r>
      <w:r>
        <w:t># Windows PowerShell</w:t>
      </w:r>
      <w:r>
        <w:br/>
      </w:r>
      <w:r>
        <w:t>.\optipricepro-env\Scripts\Activate.ps1</w:t>
      </w:r>
      <w:r>
        <w:br/>
      </w:r>
      <w:r/>
      <w:r>
        <w:br/>
      </w:r>
      <w:r>
        <w:t># macOS/Linux</w:t>
      </w:r>
      <w:r>
        <w:br/>
      </w:r>
      <w:r>
        <w:t>source optipricepro-env/bin/activate</w:t>
      </w:r>
    </w:p>
    <w:p>
      <w:pPr>
        <w:shd w:fill="ECFDF5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rPr>
          <w:b/>
        </w:rPr>
        <w:t xml:space="preserve">Expected result: </w:t>
      </w:r>
      <w:r>
        <w:t>The terminal prompt begins with (optipricepro-env).</w:t>
      </w:r>
    </w:p>
    <w:p>
      <w:pPr>
        <w:pStyle w:val="Heading2"/>
      </w:pPr>
      <w:r>
        <w:t>Step 4 - Upgrade pip</w:t>
      </w:r>
    </w:p>
    <w:p>
      <w:r>
        <w:rPr>
          <w:b/>
        </w:rPr>
        <w:t xml:space="preserve">Where to do this: </w:t>
      </w:r>
      <w:r>
        <w:t>Customer terminal</w:t>
      </w:r>
    </w:p>
    <w:p>
      <w:pPr>
        <w:pStyle w:val="CodeBlock"/>
        <w:shd w:fill="F8FAFC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t>python -m pip install --upgrade pip</w:t>
      </w:r>
    </w:p>
    <w:p>
      <w:pPr>
        <w:shd w:fill="ECFDF5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rPr>
          <w:b/>
        </w:rPr>
        <w:t xml:space="preserve">Expected result: </w:t>
      </w:r>
      <w:r>
        <w:t>pip completes successfully.</w:t>
      </w:r>
    </w:p>
    <w:p>
      <w:pPr>
        <w:pStyle w:val="Heading2"/>
      </w:pPr>
      <w:r>
        <w:t>Step 5 - Install the wheel</w:t>
      </w:r>
    </w:p>
    <w:p>
      <w:r>
        <w:rPr>
          <w:b/>
        </w:rPr>
        <w:t xml:space="preserve">Where to do this: </w:t>
      </w:r>
      <w:r>
        <w:t>Customer terminal</w:t>
      </w:r>
    </w:p>
    <w:p>
      <w:pPr>
        <w:pStyle w:val="CodeBlock"/>
        <w:shd w:fill="F8FAFC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t># Windows example</w:t>
      </w:r>
      <w:r>
        <w:br/>
      </w:r>
      <w:r>
        <w:t>pip install C:\Users\Customer\Downloads\optipricepro-1.0.2-py3-none-any.whl</w:t>
      </w:r>
      <w:r>
        <w:br/>
      </w:r>
      <w:r/>
      <w:r>
        <w:br/>
      </w:r>
      <w:r>
        <w:t># macOS/Linux example</w:t>
      </w:r>
      <w:r>
        <w:br/>
      </w:r>
      <w:r>
        <w:t>pip install ~/Downloads/optipricepro-1.0.2-py3-none-any.whl</w:t>
      </w:r>
    </w:p>
    <w:p>
      <w:pPr>
        <w:shd w:fill="ECFDF5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rPr>
          <w:b/>
        </w:rPr>
        <w:t xml:space="preserve">Expected result: </w:t>
      </w:r>
      <w:r>
        <w:t>Successfully installed optipricepro-1.0.2.</w:t>
      </w:r>
    </w:p>
    <w:p>
      <w:pPr>
        <w:shd w:fill="FFF7ED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rPr>
          <w:b/>
        </w:rPr>
        <w:t xml:space="preserve">Important: </w:t>
      </w:r>
      <w:r>
        <w:t>Replace 1.0.2 with the actual wheel version supplied.</w:t>
      </w:r>
    </w:p>
    <w:p>
      <w:pPr>
        <w:pStyle w:val="Heading2"/>
      </w:pPr>
      <w:r>
        <w:t>Step 6 - Verify the installation</w:t>
      </w:r>
    </w:p>
    <w:p>
      <w:r>
        <w:rPr>
          <w:b/>
        </w:rPr>
        <w:t xml:space="preserve">Where to do this: </w:t>
      </w:r>
      <w:r>
        <w:t>Customer terminal</w:t>
      </w:r>
    </w:p>
    <w:p>
      <w:pPr>
        <w:pStyle w:val="CodeBlock"/>
        <w:shd w:fill="F8FAFC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t>python -c "import optipricepro; print(optipricepro.__file__)"</w:t>
      </w:r>
      <w:r>
        <w:br/>
      </w:r>
      <w:r>
        <w:t>pip show optipricepro</w:t>
      </w:r>
    </w:p>
    <w:p>
      <w:pPr>
        <w:shd w:fill="ECFDF5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rPr>
          <w:b/>
        </w:rPr>
        <w:t xml:space="preserve">Expected result: </w:t>
      </w:r>
      <w:r>
        <w:t>The package path points to the active virtual environment and pip show displays the installed version.</w:t>
      </w:r>
    </w:p>
    <w:p>
      <w:pPr>
        <w:pStyle w:val="Heading2"/>
      </w:pPr>
      <w:r>
        <w:t>Step 7 - Set the API key</w:t>
      </w:r>
    </w:p>
    <w:p>
      <w:r>
        <w:rPr>
          <w:b/>
        </w:rPr>
        <w:t xml:space="preserve">Where to do this: </w:t>
      </w:r>
      <w:r>
        <w:t>Customer terminal</w:t>
      </w:r>
    </w:p>
    <w:p>
      <w:pPr>
        <w:pStyle w:val="CodeBlock"/>
        <w:shd w:fill="F8FAFC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t># Windows Command Prompt</w:t>
      </w:r>
      <w:r>
        <w:br/>
      </w:r>
      <w:r>
        <w:t>set OPP_API_KEY=sk_live_REPLACE_WITH_CUSTOMER_KEY</w:t>
      </w:r>
      <w:r>
        <w:br/>
      </w:r>
      <w:r/>
      <w:r>
        <w:br/>
      </w:r>
      <w:r>
        <w:t># Windows PowerShell</w:t>
      </w:r>
      <w:r>
        <w:br/>
      </w:r>
      <w:r>
        <w:t>$env:OPP_API_KEY="sk_live_REPLACE_WITH_CUSTOMER_KEY"</w:t>
      </w:r>
      <w:r>
        <w:br/>
      </w:r>
      <w:r/>
      <w:r>
        <w:br/>
      </w:r>
      <w:r>
        <w:t># macOS/Linux</w:t>
      </w:r>
      <w:r>
        <w:br/>
      </w:r>
      <w:r>
        <w:t xml:space="preserve">export OPP_API_KEY="sk_live_REPLACE_WITH_CUSTOMER_KEY" </w:t>
      </w:r>
    </w:p>
    <w:p>
      <w:pPr>
        <w:shd w:fill="ECFDF5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rPr>
          <w:b/>
        </w:rPr>
        <w:t xml:space="preserve">Expected result: </w:t>
      </w:r>
      <w:r>
        <w:t>The key is stored for the current terminal session.</w:t>
      </w:r>
    </w:p>
    <w:p>
      <w:pPr>
        <w:shd w:fill="FFF7ED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rPr>
          <w:b/>
        </w:rPr>
        <w:t xml:space="preserve">Important: </w:t>
      </w:r>
      <w:r>
        <w:t>Do not paste the API key into public chat, source repositories, screenshots or shared notebooks.</w:t>
      </w:r>
    </w:p>
    <w:p>
      <w:pPr>
        <w:pStyle w:val="Heading2"/>
      </w:pPr>
      <w:r>
        <w:t>Step 8 - Run the first pricing test</w:t>
      </w:r>
    </w:p>
    <w:p>
      <w:r>
        <w:rPr>
          <w:b/>
        </w:rPr>
        <w:t xml:space="preserve">Where to do this: </w:t>
      </w:r>
      <w:r>
        <w:t>Customer terminal</w:t>
      </w:r>
    </w:p>
    <w:p>
      <w:pPr>
        <w:pStyle w:val="CodeBlock"/>
        <w:shd w:fill="F8FAFC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t xml:space="preserve">python -c "from optipricepro import OptiPricePro; opp=OptiPricePro(); print(opp.price('European','Call',S0=100,K=100,r=0.05,sigma=0.20,y=0,T=1,M=50,N=1000))" </w:t>
      </w:r>
    </w:p>
    <w:p>
      <w:pPr>
        <w:shd w:fill="ECFDF5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rPr>
          <w:b/>
        </w:rPr>
        <w:t xml:space="preserve">Expected result: </w:t>
      </w:r>
      <w:r>
        <w:t>A Python dictionary containing price and std_error is printed.</w:t>
      </w:r>
    </w:p>
    <w:p>
      <w:pPr>
        <w:pStyle w:val="Heading2"/>
      </w:pPr>
      <w:r>
        <w:t>Uninstalling</w:t>
      </w:r>
    </w:p>
    <w:p>
      <w:pPr>
        <w:pStyle w:val="CodeBlock"/>
        <w:shd w:fill="F8FAFC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t>pip uninstall optipricepro -y</w:t>
      </w:r>
    </w:p>
    <w:p>
      <w:pPr>
        <w:pStyle w:val="Heading2"/>
      </w:pPr>
      <w:r>
        <w:t>Upgrading to a new wheel</w:t>
      </w:r>
    </w:p>
    <w:p>
      <w:pPr>
        <w:pStyle w:val="CodeBlock"/>
        <w:shd w:fill="F8FAFC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t>pip uninstall optipricepro -y</w:t>
      </w:r>
      <w:r>
        <w:br/>
      </w:r>
      <w:r>
        <w:t>pip install C:\path\to\new\optipricepro-&lt;new-version&gt;-py3-none-any.whl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color w:val="166534"/>
        <w:sz w:val="16"/>
      </w:rPr>
      <w:t>CUSTOMER-FACING - NO PROPRIETARY ENGINE CODE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46464"/>
        <w:sz w:val="16"/>
      </w:rPr>
      <w:t>OptiPricePro - Customer Documentation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5F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F5A94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11827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spacing w:before="60" w:after="100"/>
      <w:ind w:left="259" w:right="115"/>
    </w:pPr>
    <w:rPr>
      <w:rFonts w:ascii="Consolas" w:hAnsi="Consolas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