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Customer Python Usage Guide</w:t>
      </w:r>
    </w:p>
    <w:p>
      <w:r>
        <w:rPr>
          <w:i/>
        </w:rPr>
        <w:t>Concrete examples showing how to use OptiPricePro as a normal Python library and store results in variables.</w:t>
      </w:r>
    </w:p>
    <w:p>
      <w:pPr>
        <w:pStyle w:val="Heading2"/>
      </w:pPr>
      <w:r>
        <w:t>Basic use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from optipricepro import OptiPricePro</w:t>
      </w:r>
      <w:r>
        <w:br/>
      </w:r>
      <w:r/>
      <w:r>
        <w:br/>
      </w:r>
      <w:r>
        <w:t>opp = OptiPricePro()</w:t>
      </w:r>
      <w:r>
        <w:br/>
      </w:r>
      <w:r/>
      <w:r>
        <w:br/>
      </w:r>
      <w:r>
        <w:t>result = opp.price(</w:t>
      </w:r>
      <w:r>
        <w:br/>
      </w:r>
      <w:r>
        <w:t xml:space="preserve">    "European",</w:t>
      </w:r>
      <w:r>
        <w:br/>
      </w:r>
      <w:r>
        <w:t xml:space="preserve">    "Call",</w:t>
      </w:r>
      <w:r>
        <w:br/>
      </w:r>
      <w:r>
        <w:t xml:space="preserve">    S0=100,</w:t>
      </w:r>
      <w:r>
        <w:br/>
      </w:r>
      <w:r>
        <w:t xml:space="preserve">    K=100,</w:t>
      </w:r>
      <w:r>
        <w:br/>
      </w:r>
      <w:r>
        <w:t xml:space="preserve">    r=0.05,</w:t>
      </w:r>
      <w:r>
        <w:br/>
      </w:r>
      <w:r>
        <w:t xml:space="preserve">    sigma=0.20,</w:t>
      </w:r>
      <w:r>
        <w:br/>
      </w:r>
      <w:r>
        <w:t xml:space="preserve">    y=0.0,</w:t>
      </w:r>
      <w:r>
        <w:br/>
      </w:r>
      <w:r>
        <w:t xml:space="preserve">    T=1.0,</w:t>
      </w:r>
      <w:r>
        <w:br/>
      </w:r>
      <w:r>
        <w:t xml:space="preserve">    M=50,</w:t>
      </w:r>
      <w:r>
        <w:br/>
      </w:r>
      <w:r>
        <w:t xml:space="preserve">    N=1000,</w:t>
      </w:r>
      <w:r>
        <w:br/>
      </w:r>
      <w:r>
        <w:t>)</w:t>
      </w:r>
      <w:r>
        <w:br/>
      </w:r>
      <w:r/>
      <w:r>
        <w:br/>
      </w:r>
      <w:r>
        <w:t>print(result)</w:t>
      </w:r>
    </w:p>
    <w:p>
      <w:r>
        <w:t>The returned object is a normal Python dictionary.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{</w:t>
      </w:r>
      <w:r>
        <w:br/>
      </w:r>
      <w:r>
        <w:t xml:space="preserve">    "price": 10.04,</w:t>
      </w:r>
      <w:r>
        <w:br/>
      </w:r>
      <w:r>
        <w:t xml:space="preserve">    "std_error": 0.45</w:t>
      </w:r>
      <w:r>
        <w:br/>
      </w:r>
      <w:r>
        <w:t>}</w:t>
      </w:r>
    </w:p>
    <w:p>
      <w:pPr>
        <w:pStyle w:val="Heading2"/>
      </w:pPr>
      <w:r>
        <w:t>Store values in variables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option_price = result["price"]</w:t>
      </w:r>
      <w:r>
        <w:br/>
      </w:r>
      <w:r>
        <w:t>standard_error = result["std_error"]</w:t>
      </w:r>
      <w:r>
        <w:br/>
      </w:r>
      <w:r/>
      <w:r>
        <w:br/>
      </w:r>
      <w:r>
        <w:t>print(option_price)</w:t>
      </w:r>
      <w:r>
        <w:br/>
      </w:r>
      <w:r>
        <w:t>print(standard_error)</w:t>
      </w:r>
    </w:p>
    <w:p>
      <w:pPr>
        <w:pStyle w:val="Heading2"/>
      </w:pPr>
      <w:r>
        <w:t>Use the result in calculations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quantity = 2500</w:t>
      </w:r>
      <w:r>
        <w:br/>
      </w:r>
      <w:r>
        <w:t>portfolio_value = quantity * option_price</w:t>
      </w:r>
      <w:r>
        <w:br/>
      </w:r>
      <w:r/>
      <w:r>
        <w:br/>
      </w:r>
      <w:r>
        <w:t>print(f"Portfolio value: {portfolio_value:,.2f}")</w:t>
      </w:r>
    </w:p>
    <w:p>
      <w:pPr>
        <w:pStyle w:val="Heading2"/>
      </w:pPr>
      <w:r>
        <w:t>Pass the API key directly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from optipricepro import OptiPricePro</w:t>
      </w:r>
      <w:r>
        <w:br/>
      </w:r>
      <w:r/>
      <w:r>
        <w:br/>
      </w:r>
      <w:r>
        <w:t>opp = OptiPricePro(api_key="sk_live_REPLACE_WITH_CUSTOMER_KEY")</w:t>
      </w:r>
    </w:p>
    <w:p>
      <w:pPr>
        <w:shd w:fill="EAF2F8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rPr>
          <w:b/>
        </w:rPr>
        <w:t xml:space="preserve">Recommendation: </w:t>
      </w:r>
      <w:r>
        <w:t>For production scripts, prefer environment variables or a secrets manager rather than hard-coding the key.</w:t>
      </w:r>
    </w:p>
    <w:p>
      <w:pPr>
        <w:pStyle w:val="Heading2"/>
      </w:pPr>
      <w:r>
        <w:t>Use an explicit base URL for testing only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opp = OptiPricePro(</w:t>
      </w:r>
      <w:r>
        <w:br/>
      </w:r>
      <w:r>
        <w:t xml:space="preserve">    api_key="sk_live_REPLACE_WITH_CUSTOMER_KEY",</w:t>
      </w:r>
      <w:r>
        <w:br/>
      </w:r>
      <w:r>
        <w:t xml:space="preserve">    base_url="https://api.britishasteroidbelttradingcompany.com",</w:t>
      </w:r>
      <w:r>
        <w:br/>
      </w:r>
      <w:r>
        <w:t>)</w:t>
      </w:r>
    </w:p>
    <w:p>
      <w:pPr>
        <w:pStyle w:val="Heading2"/>
      </w:pPr>
      <w:r>
        <w:t>Error handling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from optipricepro import OptiPricePro, OptiPriceProError</w:t>
      </w:r>
      <w:r>
        <w:br/>
      </w:r>
      <w:r/>
      <w:r>
        <w:br/>
      </w:r>
      <w:r>
        <w:t>opp = OptiPricePro()</w:t>
      </w:r>
      <w:r>
        <w:br/>
      </w:r>
      <w:r/>
      <w:r>
        <w:br/>
      </w:r>
      <w:r>
        <w:t>try:</w:t>
      </w:r>
      <w:r>
        <w:br/>
      </w:r>
      <w:r>
        <w:t xml:space="preserve">    result = opp.price(</w:t>
      </w:r>
      <w:r>
        <w:br/>
      </w:r>
      <w:r>
        <w:t xml:space="preserve">        "European", "Call",</w:t>
      </w:r>
      <w:r>
        <w:br/>
      </w:r>
      <w:r>
        <w:t xml:space="preserve">        S0=100, K=100, r=0.05,</w:t>
      </w:r>
      <w:r>
        <w:br/>
      </w:r>
      <w:r>
        <w:t xml:space="preserve">        sigma=0.20, y=0.0, T=1.0,</w:t>
      </w:r>
      <w:r>
        <w:br/>
      </w:r>
      <w:r>
        <w:t xml:space="preserve">        M=50, N=1000,</w:t>
      </w:r>
      <w:r>
        <w:br/>
      </w:r>
      <w:r>
        <w:t xml:space="preserve">    )</w:t>
      </w:r>
      <w:r>
        <w:br/>
      </w:r>
      <w:r>
        <w:t>except OptiPriceProError as exc:</w:t>
      </w:r>
      <w:r>
        <w:br/>
      </w:r>
      <w:r>
        <w:t xml:space="preserve">    print(f"Pricing request failed: {exc}")</w:t>
      </w:r>
      <w:r>
        <w:br/>
      </w:r>
      <w:r>
        <w:t>else:</w:t>
      </w:r>
      <w:r>
        <w:br/>
      </w:r>
      <w:r>
        <w:t xml:space="preserve">    print(result["price"])</w:t>
      </w:r>
    </w:p>
    <w:p>
      <w:pPr>
        <w:pStyle w:val="Heading2"/>
      </w:pPr>
      <w:r>
        <w:t>Use inside a function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from optipricepro import OptiPricePro</w:t>
      </w:r>
      <w:r>
        <w:br/>
      </w:r>
      <w:r/>
      <w:r>
        <w:br/>
      </w:r>
      <w:r>
        <w:t>opp = OptiPricePro()</w:t>
      </w:r>
      <w:r>
        <w:br/>
      </w:r>
      <w:r/>
      <w:r>
        <w:br/>
      </w:r>
      <w:r>
        <w:t>def european_call_price(S0: float, K: float, T: float) -&gt; float:</w:t>
      </w:r>
      <w:r>
        <w:br/>
      </w:r>
      <w:r>
        <w:t xml:space="preserve">    result = opp.price(</w:t>
      </w:r>
      <w:r>
        <w:br/>
      </w:r>
      <w:r>
        <w:t xml:space="preserve">        "European", "Call",</w:t>
      </w:r>
      <w:r>
        <w:br/>
      </w:r>
      <w:r>
        <w:t xml:space="preserve">        S0=S0,</w:t>
      </w:r>
      <w:r>
        <w:br/>
      </w:r>
      <w:r>
        <w:t xml:space="preserve">        K=K,</w:t>
      </w:r>
      <w:r>
        <w:br/>
      </w:r>
      <w:r>
        <w:t xml:space="preserve">        r=0.05,</w:t>
      </w:r>
      <w:r>
        <w:br/>
      </w:r>
      <w:r>
        <w:t xml:space="preserve">        sigma=0.20,</w:t>
      </w:r>
      <w:r>
        <w:br/>
      </w:r>
      <w:r>
        <w:t xml:space="preserve">        y=0.0,</w:t>
      </w:r>
      <w:r>
        <w:br/>
      </w:r>
      <w:r>
        <w:t xml:space="preserve">        T=T,</w:t>
      </w:r>
      <w:r>
        <w:br/>
      </w:r>
      <w:r>
        <w:t xml:space="preserve">        M=50,</w:t>
      </w:r>
      <w:r>
        <w:br/>
      </w:r>
      <w:r>
        <w:t xml:space="preserve">        N=1000,</w:t>
      </w:r>
      <w:r>
        <w:br/>
      </w:r>
      <w:r>
        <w:t xml:space="preserve">    )</w:t>
      </w:r>
      <w:r>
        <w:br/>
      </w:r>
      <w:r>
        <w:t xml:space="preserve">    return float(result["price"])</w:t>
      </w:r>
      <w:r>
        <w:br/>
      </w:r>
      <w:r/>
      <w:r>
        <w:br/>
      </w:r>
      <w:r>
        <w:t>value = european_call_price(100.0, 100.0, 1.0)</w:t>
      </w:r>
      <w:r>
        <w:br/>
      </w:r>
      <w:r>
        <w:t>print(value)</w:t>
      </w:r>
    </w:p>
    <w:p>
      <w:pPr>
        <w:pStyle w:val="Heading2"/>
      </w:pPr>
      <w:r>
        <w:t>Use in pandas</w:t>
      </w:r>
    </w:p>
    <w:p>
      <w:pPr>
        <w:pStyle w:val="CodeBlock"/>
        <w:shd w:fill="F8FAFC"/>
        <w:pBdr>
          <w:top w:val="single" w:sz="4" w:space="2" w:color="D9E2F3"/>
          <w:left w:val="single" w:sz="4" w:space="2" w:color="D9E2F3"/>
          <w:bottom w:val="single" w:sz="4" w:space="2" w:color="D9E2F3"/>
          <w:right w:val="single" w:sz="4" w:space="2" w:color="D9E2F3"/>
        </w:pBdr>
      </w:pPr>
      <w:r>
        <w:t>import pandas as pd</w:t>
      </w:r>
      <w:r>
        <w:br/>
      </w:r>
      <w:r>
        <w:t>from optipricepro import OptiPricePro</w:t>
      </w:r>
      <w:r>
        <w:br/>
      </w:r>
      <w:r/>
      <w:r>
        <w:br/>
      </w:r>
      <w:r>
        <w:t>opp = OptiPricePro()</w:t>
      </w:r>
      <w:r>
        <w:br/>
      </w:r>
      <w:r/>
      <w:r>
        <w:br/>
      </w:r>
      <w:r>
        <w:t>rows = []</w:t>
      </w:r>
      <w:r>
        <w:br/>
      </w:r>
      <w:r>
        <w:t>for strike in [90, 95, 100, 105, 110]:</w:t>
      </w:r>
      <w:r>
        <w:br/>
      </w:r>
      <w:r>
        <w:t xml:space="preserve">    result = opp.price(</w:t>
      </w:r>
      <w:r>
        <w:br/>
      </w:r>
      <w:r>
        <w:t xml:space="preserve">        "European", "Call",</w:t>
      </w:r>
      <w:r>
        <w:br/>
      </w:r>
      <w:r>
        <w:t xml:space="preserve">        S0=100, K=strike, r=0.05,</w:t>
      </w:r>
      <w:r>
        <w:br/>
      </w:r>
      <w:r>
        <w:t xml:space="preserve">        sigma=0.20, y=0.0, T=1.0,</w:t>
      </w:r>
      <w:r>
        <w:br/>
      </w:r>
      <w:r>
        <w:t xml:space="preserve">        M=50, N=1000,</w:t>
      </w:r>
      <w:r>
        <w:br/>
      </w:r>
      <w:r>
        <w:t xml:space="preserve">    )</w:t>
      </w:r>
      <w:r>
        <w:br/>
      </w:r>
      <w:r>
        <w:t xml:space="preserve">    rows.append({</w:t>
      </w:r>
      <w:r>
        <w:br/>
      </w:r>
      <w:r>
        <w:t xml:space="preserve">        "strike": strike,</w:t>
      </w:r>
      <w:r>
        <w:br/>
      </w:r>
      <w:r>
        <w:t xml:space="preserve">        "price": result["price"],</w:t>
      </w:r>
      <w:r>
        <w:br/>
      </w:r>
      <w:r>
        <w:t xml:space="preserve">        "std_error": result["std_error"],</w:t>
      </w:r>
      <w:r>
        <w:br/>
      </w:r>
      <w:r>
        <w:t xml:space="preserve">    })</w:t>
      </w:r>
      <w:r>
        <w:br/>
      </w:r>
      <w:r/>
      <w:r>
        <w:br/>
      </w:r>
      <w:r>
        <w:t>table = pd.DataFrame(rows)</w:t>
      </w:r>
      <w:r>
        <w:br/>
      </w:r>
      <w:r>
        <w:t>print(table)</w:t>
      </w:r>
    </w:p>
    <w:p>
      <w:pPr>
        <w:pStyle w:val="Heading2"/>
      </w:pPr>
      <w:r>
        <w:t>Important operational limits</w:t>
      </w:r>
    </w:p>
    <w:p>
      <w:pPr>
        <w:pStyle w:val="ListBullet"/>
      </w:pPr>
      <w:r>
        <w:t>The calculation is performed on the hosted server, not on the customer machine.</w:t>
      </w:r>
    </w:p>
    <w:p>
      <w:pPr>
        <w:pStyle w:val="ListBullet"/>
      </w:pPr>
      <w:r>
        <w:t>Large N, large M, Greeks and complex products may take longer.</w:t>
      </w:r>
    </w:p>
    <w:p>
      <w:pPr>
        <w:pStyle w:val="ListBullet"/>
      </w:pPr>
      <w:r>
        <w:t>The server may cap or reject requests that exceed plan limits.</w:t>
      </w:r>
    </w:p>
    <w:p>
      <w:pPr>
        <w:pStyle w:val="ListBullet"/>
      </w:pPr>
      <w:r>
        <w:t>Do not submit multiple identical expensive requests unnecessarily.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166534"/>
        <w:sz w:val="16"/>
      </w:rPr>
      <w:t>CUSTOMER-FACING - NO PROPRIETARY ENGINE CODE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46464"/>
        <w:sz w:val="16"/>
      </w:rPr>
      <w:t>OptiPricePro - Customer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5F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5A9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/>
      <w:ind w:left="259" w:right="115"/>
    </w:pPr>
    <w:rPr>
      <w:rFonts w:ascii="Consolas" w:hAnsi="Consolas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